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הפעילויות המותאמות לעולים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ניקוד, מילון ורמת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English hint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שלכל הפעילויות יש גרסה כזו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בגרסת העולים יש ניקוד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Word bank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English line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(טקסט מנוקד ו-Word bank)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(English hint אחרי כל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(English line לכל פירמידה)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(טקסט פשוט, מילון ושאלות)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רשימת מילים שעוזרת לכתוב משפט בלי לחפש מילים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העולים מקבלים ניקוד, מילון ועזרה באנגלית שלא תמיד קיימים בגרסה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פעילות מהעמוד עם ניקוד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להתאים את הקושי ליכולת העברית של כל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דוגמה אחת מכל פעילות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המושג ניקוד לתלמידים שלא מכירים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בחלק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פינת עולים באתר קוראים במסע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פינה מיוחדת לעולים חדשים הלומדים עברית. בפינה הזו כל הפעילויות מותאמות - עם ניקוד, מילון באנגלית ועזרה נוספת.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English line  ·  Word bank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פעילות כוללת טקסט מנוקד ו-Word bank?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מופיע אחרי כל תשובה בפעילות משפט לתמונה?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English hint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עברי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הפעילויות באתר כוללות גרסה לעולים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בגרסת העולים אין ניקוד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בפעילות מסע סובב עולם יש טקסט מנוקד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בפירמידות קריאה יש __________ לכל פירמידה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English hint אחרי כל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English line לכל פירמידה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 מנוקד ו-Word bank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מאגר טקסטים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פשוט, מילון ושאלות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זה Word bank ולמה הוא עוזר לעולה שלומד 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פעילות רגילה לפעילות בגרסת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שיש בה 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פינת עולים באתר קוראים במסע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