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פינת עולים באתר קוראים במסע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הפעילויות המותאמות לעולים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כמו ניקוד, מילון ורמת 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שם פעילות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מסע סובב 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English hint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English line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לשונית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טקסט פשוט, מילון ושאלות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בעמוד שלכל הפעילויות יש גרסה כזו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בגרסת העולים יש ניקוד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בעמוד מופיעים שני סוגי קבצים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English hint אחרי כל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אפשרות לקבוע את הרמה לעולים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Word bank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English line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פעילות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(טקסט מנוקד ו-Word bank)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(English hint אחרי כל 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(English line לכל פירמידה)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(טקסט פשוט, מילון ושאלות)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(התאמת הרמה במיוחד לעולים)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רשימת מילים שעוזרת לכתוב משפט בלי לחפש מילים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הניקוד עוזר לקרוא נכון, והמילון עוזר להבין מילים חדשות בשפה שהעולה כבר מכיר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העולים מקבלים ניקוד, מילון ועזרה באנגלית שלא תמיד קיימים בגרסה הרגילה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שמזכירה פעילות מהעמוד עם ניקוד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להתאים את הקושי ליכולת העברית של כל 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בכיתה דוגמה אחת מכל פעילות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להסביר מראש את המושג ניקוד לתלמידים שלא מכירים 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לזוגות בחלק ההתאמה כדי לעודד שיח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פינת עולים באתר קוראים במסע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פינה מיוחדת לעולים חדשים הלומדים עברית. בפינה הזו כל הפעילויות מותאמות - עם ניקוד, מילון באנגלית ועזרה נוספת.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פעילות כוללת טקסט מנוקד ו-Word bank?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מסע סובב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לתמונה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פירמידות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מאגר טקסטים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מופיע אחרי כל תשובה בפעילות משפט לתמונה?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ניקוד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English hint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מילון עברי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יש בכל פירמידת קריאה בגרסת העולים?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שאלת 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English line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איור צבעוני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לשונית נמצא מאגר הטקסטים לעולים?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לשונית מתקדמים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לשונית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לשונית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לשונית חוברות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כולל מאגר הטקסטים בלשונית 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פשוט, מילון ושאלות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מילון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הפעילויות באתר כוללות גרסה לעולים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בגרסת העולים אין ניקוד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להוריד חוברת עולים גם כקובץ PDF וגם כקובץ Word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משפט לתמונה אין שום עזרה באנגלית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לקבוע רמה מיוחדת לעולים באתר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בפעילות מסע סובב עולם יש טקסט מנוקד ו-__________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בפירמידות קריאה יש __________ לכל 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מאגר הטקסטים בלשונית עולים כולל טקסט פשוט, __________ ושאלות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להוריד __________ עולים גם כ-PDF וגם כ-Word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באתר אפשר לקבוע את ה__________ לעולים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פעילות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מסע סובב עולם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English line לכל פירמידה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משפט לתמונה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טקסט מנוקד ו-Word bank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פירמידות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התאמת הרמה במיוחד לעולים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מאגר טקסטים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English hint אחרי כל 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קבעו את הרמה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טקסט פשוט, מילון ושאלות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זה Word bank ולמה הוא עוזר לעולה שלומד עברית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שבפעילויות לעולים יהיה גם ניקוד וגם מילון באנגלית?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פעילות רגילה לפעילות בגרסת עולים?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לפעילות שיש בה 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יש אפשרות לקבוע רמה מיוחדת לעולים?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פינת עולים באתר קוראים במסע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